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Посудевской Ирины Сергеевны (дата рождения: 28.04.1984, место рождения: с. Гижига Северо-Эвенский р-н Магаданская РСФСР, адрес регистрации: 685918, Магаданская обл., пгт Сокол, ул. Гагарина, д. 20, кв. 61, ИНН: 490300342003, СНИЛС: 091-443-704 59), Кубрак Екатерина Александровна (ИНН 246417014946, рег. № 22308), - утверждена Решением Арбитражного суда Магаданской области от 14.01.2026 г. по делу № А37-2718/2025,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16.12.2026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легковой, марки Тайота Королла Спасио, 2001 г.в., ГРЗ Р280АВ49, VIN отсутствует, цвет черный.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А37-2718/2025».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25.12.2026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Посудевская Ирина Сергеевна</w:t>
              <w:br/>
              <w:t>Счёт: 40817810150232386292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