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Архипова Анатолия Константиновича (дата рождения: 01.03.1994, место рождения: с. Новодубровка Убинского р-на Новосибирской обл., адрес регистрации: 632381, Россия, Новосибирская обл, Куйбышевский р-н, г Куйбышев, ул Богдана Хмельницкого, д 33, ИНН: 545211992320, СНИЛС: 151-381-652 47), Кубрак Екатерина Александровна (ИНН 246417014946, рег. № 22308), - утверждена Решением Арбитражного суда Новосибирской области от 10.02.2025 г. по делу № А45-45047/2024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седан ТОЙОТА ПРЕМИО, 2002 г.в., VIN отсутствует, ГРЗ Е904РА154, кузов № AZT2400005266, цвет серый.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10.02.2025 г. по делу № А45-45047/2024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