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Салчака Тамира Олеговича (дата рождения: 04.07.1989, место рождения: с. Сукпак Кызылского р-на Тувинской АССР, адрес регистрации: 667005, Республика Тыва, г. Кызыл, ул. Дружбы, д. 7, кв. 10, ИНН: 171300311750, СНИЛС: 144-687-220 82), Кубрак Екатерина Александровна (ИНН 246417014946, рег. № 22308), - утверждена Решением Арбитражного суда Республики Тыва от 27.01.2026 г. по делу № А69-3800/2025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комби (хэтчбек), марки ХОНДА ДЖАЗ, 2003 г.в., ГРЗ А348ВЕ17, VIN JHMGD185035214361, цвет белый.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Республики Тыва от 27.01.2026 г. по делу № А69-3800/2025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