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Сандыпа Кежика Омаковича (дата рождения: 01.11.1999, место рождения: с. Хандагайты Овюрский район Республика Тыва, адрес регистрации: 667002, Республика Тыва, г. Кызыл, тер. СНТ Догээ 1, ул. Лучистая, д.8, ИНН: 170800384794, СНИЛС: 142-971-451 70), Кубрак Екатерина Александровна (ИНН 246417014946, рег. № 22308), - утверждена Решением Арбитражного суда Республики Тыва от 15.01.2026 г. по делу № А69-3868/2025,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11.11.2026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Жилой дом пл. 170,7 м² кад. № 17:18:0103001:169 и земельный участок 1 000 м² кад. № 17:18:0103001:644 по адресу: Республика Тыва, г.о. город Кызыл, г. Кызыл, территория СНТ Догээ 1, ул. Лучистая, д.8.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А69-3868/2025».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20.11.2026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Сандып Кежик Омакович</w:t>
              <w:br/>
              <w:t>Счёт: 40817810750230220682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