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Кара-оола Юрия Александровича (дата рождения: 07.07.1961, место рождения: с. Баян-Кол Кызылского района Республики Тува, адрес регистрации: 667908, Республика Тыва, Кызылский р-н. с. Баян-Кол, ул. Центральная, д. 54, ИНН: 171702026601, СНИЛС: 068-436-194 91), Кубрак Екатерина Александровна (ИНН 246417014946, рег. № 22308), - утверждена Решением Арбитражного суда Республики Тыва от 12.01.2026 г. по делу № А69-3383/2025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(715 кв.м.) + жилой дом (72,9 кв.м.), расположенные по адресу: Республика Тыва, Кызыл, м. "Вавилинский затон", с северной стороны от земельного участка с кадастровым номером 17:08:1503003:123. Кадастровый номер земельного участка: 17:08:1503003:5318. Кадастровый номер жилого дома: 17:08:1503003:7479.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Республики Тыва от 12.01.2026 г. по делу № А69-3383/2025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