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Заец Алексея Леонидовича (дата рождения: 14.06.1982, место рождения: гор. Донецк, Буденновский район, Донецкая область, УССР, адрес регистрации: 663610, Красноярский край, г. Канск, ул. Иланская 20, ИНН: 245017149513, СНИЛС: 185-677-624 31), Кубрак Екатерина Александровна (ИНН 246417014946, рег. № 22308), - утверждена Решением Арбитражного суда Красноярского края от 20.11.2025 г. по делу № А33-21174/2025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HYUNDAI ELANTRA 1.6 GL MT, год выпуска 2008, идентификационный номер (VIN) KMHDT41BP8U492532, категория В, модель, № двигателя G4FC8U430804, кузов (кабина, прицеп) KMHDT41BP8U492532, находящийся в залоге у Новосибирского социального коммерческого банка «Левобережный» (публичное акционерное общество).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Красноярского края от 20.11.2025 г. по делу № А33-21174/2025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