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Таран Инны Александровны (дата рождения: 04.05.1979, место рождения: Новосибирская область, Колыванский район, с. Пихтовка, адрес регистрации: 633167, Новосибирская область, с. Новотырышкино, ул. Заречная, д.58А, ИНН: 542406721006, СНИЛС: 195-861-452 20), Кубрак Екатерина Александровна (ИНН 246417014946, рег. № 22308), - утверждена Решением Арбитражного суда  от  г. по делу № А45-45727/2025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Недвижимое имущество – жилое помещение - квартира, площадью 40,10 кв.м, кадастровый номер: 54:35:053605:5081, расположенная по адресу: Российская Федерация, Новосибирская область, городской округ город Новосибирск, город Новосибирск, улица Николая Сотникова, дом 21, квартира 80.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 от  г. по делу № А45-45727/2025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