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 19:10:040302:3011, площадью 750 кв.м., вид разрешенного использования: Одноквартирные жилые дома не выше двух этажей с приквартирными участками, расположенный по адресу: Республика Хакасия, р-н Усть-Абаканский, с Зеленое, ул Брусничная, 1А.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05.02.2026 г. по делу № А33-31793/2025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