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Жаркова Альберта Юрьевича (дата рождения: 27.03.1963, место рождения: г. Казань, адрес регистрации: 660030, г. Красноярск, ул. 2-я Таймырская, д. 38, ИНН: 246308884989, СНИЛС: 042-850-249 41), Кубрак Екатерина Александровна (ИНН 246417014946, рег. № 22308), - утверждена Решением Арбитражного суда Красноярского края от  г. по делу № А33-35020/2025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Транспортное средство SUZUKI Grand Vitara, VIN JSAJTDA4V00204378, год выпуска 2010, находящееся в залоге у АКБ «АБСОЛЮТ БАНК» (ПАО) по кредитному договору № 4.0/340135/2025-А от 07.11.2025 г.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 г. по делу № А33-35020/2025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