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Нехорошкова Александра Сергеевича (дата рождения: 08.04.1985, место рождения: г. Северо-Курильск Сахалинской области, адрес регистрации: 694550, Сахалинская область, г. Северо-Курильск, ул. Сахалинская, д. 41, кв. 7, ИНН: 651500386426, СНИЛС: 153-229-735 59), Кубрак Екатерина Александровна (ИНН 246417014946, рег. № 22308), - утверждена Решением Арбитражного суда Сахалинской области от 05.12.2025 г. по делу № А59-6406/2025,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30.10.2026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универсал, марки Мазда АЗ-Оффроад, 2006 г.в., ГРЗ Н710ЕА65, VIN отсутствует, цвет серый. Принадлежит на праве собственности Нехорошковой Наталье Сергеевне,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А59-6406/2025».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11.11.2026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Нехорошков Александр Сергеевич</w:t>
              <w:br/>
              <w:t>Счёт: 40817810850225312858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