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Корнеева Сергея Михайловича (дата рождения: 18.12.1987, место рождения: г. Новосибирск, адрес регистрации: 630056, г. Новосибирск, ул. Ветлужская, д.32, кв.20, ИНН: 540861759227, СНИЛС: 112-658-855 62), Кубрак Екатерина Александровна (ИНН 246417014946, рег. № 22308), - утверждена Решением Арбитражного суда Новосибирской области от 25.06.2025 г. по делу № А45-17215/2025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Mitsubishi Outlander VIN Z8TXTGF2WHM001575, находящийся в залоге у ООО ПКО «АБК» на основании Кредитного договора № 14100900634 от 09.05.2024 года.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25.06.2025 г. по делу № А45-17215/2025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