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Устиновой Светланы Евгеньевны (дата рождения: 03.09.1993, место рождения: с. Верх-Алеус Ордынского района Новосибирской области, адрес регистрации: 630084, г. Новосибирск, ул. Лазарева, д. 20, кв. 12, ИНН: 540134961911, СНИЛС: 150-982-537 78), Кубрак Екатерина Александровна (ИНН 246417014946, рег. № 22308), - утверждена Решением Арбитражного суда Новосибирской области от 05.03.2026 г. по делу № А45-2304/2026,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20.10.2026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Автомобиль марки НИССАН ПРИМЕРА 1.8 ЭЛЕГАНС, 2004 года выпуска, VIN SJNBBAP12U0226955, регистрационный знак E153OX154.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А45-2304/2026».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29.10.2026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Устинова Светлана Евгеньевна</w:t>
              <w:br/>
              <w:t>Счёт: 40817810550225948807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