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Трохина Юрия Владиславовича (дата рождения: 22.08.1974, место рождения: город Новосибирск, адрес регистрации: 633004, Новосибирская область, город Новосибирск, Красный проспект, дом 232, квартира 32, ИНН: 540628789805, СНИЛС: 021-278-591 35), Кубрак Екатерина Александровна (ИНН 246417014946, рег. № 22308), - утверждена Решением Арбитражного суда Новосибирской области от 24.06.2025 г. по делу № А45-17929/2025,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20.10.2026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 с кадастровым номером: 54:20:010511:15, площадью: 600 кв.м., Виды разрешенного использования объекта недвижимости: для садоводства, расположенный по адресу: обл. Новосибирская, р-н Ордынский, рп.Ордынское, некоммерческое садоводческое товарищество "Рябинка", ул. Приморская, 26.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А45-17929/2025».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29.10.2026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Трохин Юрий Владиславович</w:t>
              <w:br/>
              <w:t>Счёт: 40817810850225948675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