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Ворончихиной Дарьи Владимировны (дата рождения: 01.07.1982, место рождения: город Новосибирск, адрес регистрации: 630089, г.Новосибирск, ул. Кошурникова, д. 29/1, кв. 10, ИНН: 540138191170, СНИЛС: 064-827-590 94), Кубрак Екатерина Александровна (ИНН 246417014946, рег. № 22308), - утверждена Решением Арбитражного суда Новосибирской области от 06.05.2025 г. по делу № А45-10376/2025,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16.10.2026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универсал НИССАН ТЕРРАНО, 1996 г.в., VIN VSKTBURZ0U0287842, № кузова отсутствует, ГРЗ В820МВ154, цвет зеленый.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А45-10376/2025».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27.10.2026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Ворончихина Дарья Владимировна</w:t>
              <w:br/>
              <w:t>Счёт: 40817810850224584603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