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Буслова Александра Геннадьевича (дата рождения: 04.05.1975, место рождения: г. Новосибирск, адрес регистрации: 630098, Новосибирская обл., г. Новосибирск, ул. Часовая, д. 15, кв. 62, ИНН: 540810293570, СНИЛС: 007-962-301 50), Кубрак Екатерина Александровна (ИНН 246417014946, рег. № 22308), - утверждена Решением Арбитражного суда Новосибирской области от 15.07.2025 г. по делу № А45-21223/2025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 с кадастровым номером 54:19:163501:248, площадью 540 кв.м, вид разрешенного использования: для садоводства, расположенный по адресу: местоположение установлено относительно ориентира, расположенного в границах участка; почтовый адрес ориентира: обл. Новосибирская, р-н Новосибирский, Барышевский сельсовет, с.н.т. «Ключи-2», участок № Г-82. Принадлежит на праве собственности Бусловой Лиане Канафиевне, является совместно нажитым имуществом супругов..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Новосибирской области от 15.07.2025 г. по делу № А45-21223/2025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