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Гребенщикова Вадима Андреевича (дата рождения: 05.12.2000, место рождения: пгт. Октябрьское Октябрьского района Ханты-Мансийского автономного округа, адрес регистрации: 628100, Ханты-Мансийский автономный округ – Югра, Октябрьский р-н, пгт. Октябрьское, ул. Комсомольская, д. 16, кв. 15, ИНН: 861409258402, СНИЛС: 155-450-380 57), Кубрак Екатерина Александровна (ИНН 246417014946, рег. № 22308), - утверждена Решением Арбитражного суда Ханты-Мансийского автономного округа – Югры от 15.12.2025 г. по делу № А75-24157/2025,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23.09.2026 16:00 МСК на счет ОРГАНИЗАТОРА ТОРГОВ сумму задатка в размере 10% (десять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Автомобиль легковой CHEVROLET KL1T (АВЕО), 2014 г.в., VIN XUFTF69EJEN018620.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</w:r>
      <w:r w:rsidRPr="0005350B">
        <w:rPr>
          <w:lang w:val="ru-RU"/>
        </w:rPr>
        <w:lastRenderedPageBreak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А75-24157/2025».</w:t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02.10.2026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6746EF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3206DC">
            <w:pPr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Гребенщиков Вадим Андреевич</w:t>
              <w:br/>
              <w:t>Счёт: 40817810250230405114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14:paraId="240F8DCF" w14:textId="7D5BE415" w:rsidR="00F34BAF" w:rsidRPr="0005350B" w:rsidRDefault="0005350B" w:rsidP="003206DC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4949E59A" w:rsidR="00F34BAF" w:rsidRPr="0005350B" w:rsidRDefault="006746EF" w:rsidP="00187615">
      <w:pPr>
        <w:jc w:val="both"/>
        <w:rPr>
          <w:lang w:val="ru-RU"/>
        </w:rPr>
      </w:pPr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5441" wp14:editId="3FC9CEA2">
                <wp:simplePos x="0" y="0"/>
                <wp:positionH relativeFrom="column">
                  <wp:posOffset>-274320</wp:posOffset>
                </wp:positionH>
                <wp:positionV relativeFrom="paragraph">
                  <wp:posOffset>189865</wp:posOffset>
                </wp:positionV>
                <wp:extent cx="2598420" cy="1356360"/>
                <wp:effectExtent l="20955" t="15240" r="1905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356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949F13" w14:textId="77777777" w:rsidR="006746EF" w:rsidRPr="006746EF" w:rsidRDefault="006746EF" w:rsidP="006746E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6746EF">
                              <w:rPr>
                                <w:lang w:val="ru-RU"/>
                              </w:rPr>
                              <w:t>ДОКУМЕНТ ПОДПИСАН</w:t>
                            </w:r>
                            <w:r w:rsidRPr="006746EF">
                              <w:rPr>
                                <w:lang w:val="ru-RU"/>
                              </w:rPr>
                              <w:br/>
                              <w:t xml:space="preserve"> ЭЛЕКТРОННОЙ ПОДПИСЬЮ</w:t>
                            </w:r>
                          </w:p>
                          <w:p w14:paraId="3BA747BC" w14:textId="77777777" w:rsidR="006746EF" w:rsidRPr="006746EF" w:rsidRDefault="006746EF" w:rsidP="006746EF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14:paraId="1B77DB1B" w14:textId="77777777" w:rsidR="006746EF" w:rsidRPr="006746EF" w:rsidRDefault="006746EF" w:rsidP="006746EF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Сертификат: 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812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1002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eb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08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aab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4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3395362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Владелец: Кубрак Екатерина Александровна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665441" id="Скругленный прямоугольник 1" o:spid="_x0000_s1026" style="position:absolute;left:0;text-align:left;margin-left:-21.6pt;margin-top:14.95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" strokecolor="black [3213]" strokeweight="2.25pt">
                <v:textbox>
                  <w:txbxContent>
                    <w:p w14:paraId="17949F13" w14:textId="77777777" w:rsidR="006746EF" w:rsidRPr="006746EF" w:rsidRDefault="006746EF" w:rsidP="006746EF">
                      <w:pPr>
                        <w:jc w:val="center"/>
                        <w:rPr>
                          <w:lang w:val="ru-RU"/>
                        </w:rPr>
                      </w:pPr>
                      <w:r w:rsidRPr="006746EF">
                        <w:rPr>
                          <w:lang w:val="ru-RU"/>
                        </w:rPr>
                        <w:t>ДОКУМЕНТ ПОДПИСАН</w:t>
                      </w:r>
                      <w:r w:rsidRPr="006746EF">
                        <w:rPr>
                          <w:lang w:val="ru-RU"/>
                        </w:rPr>
                        <w:br/>
                        <w:t xml:space="preserve"> ЭЛЕКТРОННОЙ ПОДПИСЬЮ</w:t>
                      </w:r>
                    </w:p>
                    <w:p w14:paraId="3BA747BC" w14:textId="77777777" w:rsidR="006746EF" w:rsidRPr="006746EF" w:rsidRDefault="006746EF" w:rsidP="006746EF">
                      <w:pPr>
                        <w:jc w:val="both"/>
                        <w:rPr>
                          <w:lang w:val="ru-RU"/>
                        </w:rPr>
                      </w:pPr>
                    </w:p>
                    <w:p w14:paraId="1B77DB1B" w14:textId="77777777" w:rsidR="006746EF" w:rsidRPr="006746EF" w:rsidRDefault="006746EF" w:rsidP="006746EF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Сертификат: 2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812</w:t>
                      </w:r>
                      <w:r w:rsidRPr="00AA1028">
                        <w:rPr>
                          <w:sz w:val="16"/>
                          <w:szCs w:val="16"/>
                        </w:rPr>
                        <w:t>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1002</w:t>
                      </w:r>
                      <w:r w:rsidRPr="00AA1028">
                        <w:rPr>
                          <w:sz w:val="16"/>
                          <w:szCs w:val="16"/>
                        </w:rPr>
                        <w:t>eb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08</w:t>
                      </w:r>
                      <w:r w:rsidRPr="00AA1028">
                        <w:rPr>
                          <w:sz w:val="16"/>
                          <w:szCs w:val="16"/>
                        </w:rPr>
                        <w:t>aab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4</w:t>
                      </w:r>
                      <w:r w:rsidRPr="00AA1028">
                        <w:rPr>
                          <w:sz w:val="16"/>
                          <w:szCs w:val="16"/>
                        </w:rPr>
                        <w:t>ac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3395362</w:t>
                      </w:r>
                      <w:r w:rsidRPr="00AA1028">
                        <w:rPr>
                          <w:sz w:val="16"/>
                          <w:szCs w:val="16"/>
                        </w:rPr>
                        <w:t>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6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16</w:t>
                      </w:r>
                      <w:r w:rsidRPr="00AA1028">
                        <w:rPr>
                          <w:sz w:val="16"/>
                          <w:szCs w:val="16"/>
                        </w:rPr>
                        <w:t>a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Владелец: Кубрак Екатерина Александровна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Действителен: с 27.06.2023 до 28.04.2038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34BAF" w:rsidRPr="0005350B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06DC"/>
    <w:rsid w:val="00326F90"/>
    <w:rsid w:val="006746EF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dcterms:created xsi:type="dcterms:W3CDTF">2013-12-23T23:15:00Z</dcterms:created>
  <dcterms:modified xsi:type="dcterms:W3CDTF">2026-07-21T11:46:00Z</dcterms:modified>
  <cp:category/>
</cp:coreProperties>
</file>