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Ногиной Маргариты Михайловны (дата рождения: 23.06.1995, место рождения: гор. Новосибирск, адрес регистрации: 630098, Новосибирская область, г. Новосибирск, ул. Барьерная, д. 3, кв. 70, ИНН: 540864445010, СНИЛС: 175-277-419 97), Кубрак Екатерина Александровна (ИНН 246417014946, рег. № 22308), - утверждена Решением Арбитражного суда Новосибирской области от 28.10.2025 г. по делу № А45-26658/2025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общей площадью 974,0 кв.м, с кадастровым номером 24:04:0501001:4681, адрес (местонахождение) объекта: Российская Федерация, Красноярский край, Березовский район, д. Кузнецово, находящийся в залоге у Банка ВТБ (ПАО).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28.10.2025 г. по делу № А45-26658/2025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