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Никогосяна Азата Манвеловича (дата рождения: 08.02.1996, место рождения: с. Нор-Гех Армения, адрес регистрации: 630008, г. Новосибирск, ул. Короленко, д. 76, ИНН: 542406534503, СНИЛС: 189-661-179 30), Кубрак Екатерина Александровна (ИНН 246417014946, рег. № 22308), - утверждена Решением Арбитражного суда Новосибирской области от 15.05.2025 г. по делу № А45-10156/2025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универсал NISSAN X-TRAIL, 2004 г.в., VIN отсутствует, № кузова NT30129393, ГРЗ Р700КК154, цвет серый.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Новосибирской области от 15.05.2025 г. по делу № А45-10156/2025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