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Агамалиевой Амины Ахмедовны (дата рождения: 27.05.1992, место рождения: с. Охли Левашинского района Республики Дагестан, адрес регистрации: 368311, Республика Дагестан, Левашинский район, с. Охли, ИНН: 052104135008, СНИЛС: 150-430-776 28), Кубрак Екатерина Александровна (ИНН 246417014946, рег. № 22308), - утверждена Решением Арбитражного суда Республики Дагестан от 20.05.2025 г. по делу № А15-3151/2025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расположенный по адресу: Тверская область, м.о. Селижаровский, д. Лошаково, площадь 600 кв.м, вид разрешенного использования: земли населенных пунктов, кадастровый номер: 69:29:0170901:286. Имеется обременение в виде ипотеки, которое снимается покупателем самостоятельно..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Республики Дагестан от 20.05.2025 г. по делу № А15-3151/2025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