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Платова Евгения Александровича (дата рождения: 03.09.1975, место рождения: г. Свердловск, адрес регистрации: 624203, Россия, Свердловская обл, г Лесной, ул Ленина, д 50, кв 5, ИНН: 663005513119, СНИЛС: 133-525-806 43), Кубрак Екатерина Александровна (ИНН 246417014946, рег. № 22308), - утверждена Решением Арбитражного суда Свердловской области от 02.07.2025 г. по делу № А60-21432/2025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нежилое помещение (овощехранилище), расположенное по адресу: Свердловская область, городской округ «Город Лесной», г. Лесной, овощехранилище № 6, бокс № 1, помещение № 1, кадастровый номер: 66:54:0114003:917, площадь: 5,3 кв.м..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02.07.2025 г. по делу № А60-21432/2025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