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Ленского Вячеслава Валентиновича (дата рождения: 03.05.1959, место рождения: гор. Краснодар, адрес регистрации: 350047, Краснодарский край, г. Краснодар, ул. Анапская, д. 12, кв. 2, ИНН: 231114281030, СНИЛС: 126-515-109 33), Кубрак Екатерина Александровна (ИНН 246417014946, рег. № 22308), - утверждена Решением Арбитражного суда Краснодарского края от 27.05.2025 г. по делу № А32-20631/2025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легковой седан, марки BMW 730I, 1992 г.в., грз. C825HХ123, VIN: WBAGA71020DA83328, цвет: бордовый.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Краснодарского края от 27.05.2025 г. по делу № А32-20631/2025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