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Салаховой Натальи Анатольевны (дата рождения: 17.01.1990, место рождения: с. Куяровское Талицкого р-на Свердловской обл., адрес регистрации: Свердловская обл., р-н Талицкий, с. Горбуновское, ул. Советская, д. 16, кв. 2, ИНН: 665403969987, СНИЛС: 125-569-941 91), Кубрак Екатерина Александровна (ИНН 246417014946, рег. № 22308), - утверждена Решением Арбитражного суда Свердловской области от 21.10.2025 г. по делу № А60-56059/2025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расположенный по адресу: Свердловская область, р-н Талицкий, с. Куяровское, категория земель: Земли населенных пунктов, Площадь: 1951 кв.м., Кадастроый номер: 66:28:1901001:52..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21.10.2025 г. по делу № А60-56059/2025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