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Семенова Вадима Игоревича (дата рождения: 06.10.1991, место рождения: гор. Новосибирск, адрес регистрации: 630556, Новосибирская обл., с.п. Березовский сельсовет, тер. СНТ Электроник, д.92, ИНН: 540132844930, СНИЛС: 158-163-431 71), Кубрак Екатерина Александровна (ИНН 246417014946, рег. № 22308), - утверждена Решением Арбитражного суда Новосибирской области от 12.02.2026 г. по делу № А45-45791/2025,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15.09.2026 16:00 МСК на счет ОРГАНИЗАТОРА ТОРГОВ сумму задатка в размере 10% (десять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Транспортное средство: FORD MAVERICK XLT VIN № WF0CU93125KB14412, цвет ТЕМНО-СЕРЫЙ, номер кузова WF0CU93125KB14412, номер двигателя AJ 5RB814412.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А45-45791/2025».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24.09.2026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Семенов Вадим Игоревич</w:t>
              <w:br/>
              <w:t>Счёт: 40817810150223903008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