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Зуева Александра Александровича (дата рождения: 01.02.1986, место рождения: пос. Южный Крымского р-на Краснодарского края, адрес регистрации: 353380, Краснодарский край, Крымский р-н, пос. Южный, ул. Молодежная, д. 7, кв. 2, ИНН: 233707871010, СНИЛС: 113-286-935 51), Кубрак Екатерина Александровна (ИНН 246417014946, рег. № 22308), - утверждена Решением Арбитражного суда Краснодарского края от 16.07.2025 г. по делу № А32-22497/2025,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номером: 23:09:0703003:2286, площадью: 1141 +/- 12 кв.м., вид разрешённого использования: Индивидуальное жилищное строительство, расположенный по адресу: Краснодарский край, Кавказский р-н, ст-ца Темижбекская, ул. Пушкина, д. 98а.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А32-22497/2025».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Зуев Александр Александрович</w:t>
              <w:br/>
              <w:t>Счёт: 40817810750226371338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