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Рыкованова Сергея Александровича (дата рождения: 01.12.1956, место рождения: г. Ялуторовск Тюменской обл., адрес регистрации: 660037, Красноярский край, г. Красноярск, ул. Мичурина, д. 14, кв. 116, ИНН: 720604867214, СНИЛС: 094-493-732 08), Кубрак Екатерина Александровна (ИНН 246417014946, рег. № 22308), - утверждена Решением Арбитражного суда Красноярского края от 05.12.2022 г. по делу № А33-25056/2022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1/9 доли на земельный участок, расположенный по адресу: Красноярский край, Манский район, район д. Малый Кускун, СНТ "Енисей-6", участок № 149, Кадастровый номер: 24:24:1541001:584, площадь: 600 кв.м..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Красноярского края от 05.12.2022 г. по делу № А33-25056/2022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