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Ивановой Ольги Григорьевны (дата рождения: 06.04.1979, место рождения: с. Пром-Бор Красноярского края, адрес регистрации: 663060, Красноярский край, г. Норильск, ул. Новая, д. 12, кв. 120, ИНН: 190701324123, СНИЛС: 064-244-514 44), Кубрак Екатерина Александровна (ИНН 246417014946, рег. № 22308), - утверждена Решением Арбитражного суда Красноярского края от 02.10.2025 г. по делу № А33-23108/2025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легковой, марки Opel Astra, 2012 года выпуска, VIN XUFPE6DD7C3027402.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02.10.2025 г. по делу № А33-23108/2025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