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Новикова Михаила Юрьевича (дата рождения: 21.03.1970, место рождения: г. Новосибирск, адрес регистрации: 630084, Новосибирская область, г. Новосибирск, ул. Авиастроителей, д. 15, кв. 60, ИНН: 540124648636, СНИЛС: 076-617-367 94), Кубрак Екатерина Александровна (ИНН 246417014946, рег. № 22308), - утверждена Решением Арбитражного суда Новосибирской области от 05.05.2025 г. по делу № А45-10378/2025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SKODA RAPID, 2014 года выпуска, номер двигателя CGP 989256, VIN XW8AH1NH9FK117885.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05.05.2025 г. по делу № А45-10378/2025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