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Прокопьева Никиты Владимировича (дата рождения: 10.02.1984, место рождения: дер. Коха Красноярского края, адрес регистрации: 663850, Красноярский край, Нижнеингашский р-н, п. Нижний Ингаш, ул. Октябрьская, д.40, кв.1, ИНН: 242801314444, СНИЛС: 109-197-244 68), Кубрак Екатерина Александровна (ИНН 246417014946, рег. № 22308), - утверждена Решением Арбитражного суда  от  г. по делу № А33-33276/2025,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01.12.2026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Транспортное средство: Honda Civic, идентификационный номер (VIN) JHMFD36207S212549, год выпуска 2007, ГРЗ О614ТС124. Находится в залоге у АО «ТБанк» (ИНН 7710140679).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А33-33276/2025».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10.12.2026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Прокопьев Никита Владимирович</w:t>
              <w:br/>
              <w:t>Счёт: 40817810050231675606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