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Перемышлевой Галины Константиновны (дата рождения: 08.09.1960, место рождения: , адрес регистрации: 356141, г. Изобильный, ул. Доватора, д. 337А, кв.59, ИНН: 260702834699, СНИЛС: 039-722-450 68), Кубрак Екатерина Александровна (ИНН 246417014946, рег. № 22308), - утверждена Решением Арбитражного суда Ставропольского края от 23.07.2023 г. по делу № А63-10858/2023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1/13 доли в праве общей долевой собственности на земельный участок, находящийся по адресу: Ставропольский край, Изобильненский район, в границах землепользования бывшего АОЗТ «Изобильненское», секция 3, контур 1. Площадь: 901 712+/- 8 309 кв.м. Вид разрешенного использования: для сельскохозяйственного производства. Имеется обременение в виде аренды.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Ставропольского края от 23.07.2023 г. по делу № А63-10858/2023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