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Бакулиной Алены Арсентьевны (дата рождения: 07.07.1993, место рождения: г. Минеральные Воды Ставропольского края, адрес регистрации: Ставропольский край, г. Минеральные Воды, ул. Бештаугорская, д. 7, кв. 273, ИНН: 263098800190, СНИЛС: 205-789-759 09), Кубрак Екатерина Александровна (ИНН 246417014946, рег. № 22308), - утверждена Решением Арбитражного суда Ставропольского края от 06.12.2023 г. по делу № А63-14025/2023,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комби (хэтчбек) ЛАДА 111960 ЛАДА КАЛИНА, 2011 г.в., VIN XTA111960B0144039, № кузова XTA111960B0144039, ГРЗ М596КВ126, цвет серебристый. Принадлежит на праве собственности Бакулиной Алене Арсентьевне, является совместно нажитым имуществом супругов. Имеется обременение в виде залога..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А63-14025/2023».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Бакулина Алена Арсентьевна</w:t>
              <w:br/>
              <w:t>Счёт: 40817810450221177662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