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Петрова Сергея Николаевича (дата рождения: 24.03.1975, место рождения: п. Зулумай Зиминского р-на Иркутской обл., адрес регистрации: 665382, Иркутская обл., г. Зима, ул. Профсоюзная, д.4, кв. 1, ИНН: 380601817325, СНИЛС: 123-218-422 12), Кубрак Екатерина Александровна (ИНН 246417014946, рег. № 22308), - утверждена Решением Арбитражного суда Иркутской области от 18.09.2025 г. по делу № А19-13935/2025,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16.10.2026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Автомобиль легковой седан ТОЙОТА КАРИНА, 1993 г.в., ГРЗ К496МВ138, VIN отсутствует, кузов № AT190-6013441, цвет темно-серый.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А19-13935/2025».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27.10.2026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Петров Сергей Николаевич</w:t>
              <w:br/>
              <w:t>Счёт: 40817810550220795893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