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Бузмакова Алексея Николаевича (дата рождения: 22.01.1979, место рождения: г. Невьянск, Свердловская обл., адрес регистрации: 624191, Свердловская область, Невьянский р-он, г. Невьянск, ул. Осипенко, д. 8, ИНН: 662100428246, СНИЛС: 074-585-168 96), Кубрак Екатерина Александровна (ИНН 246417014946, рег. № 22308), - утверждена Решением Арбитражного суда Свердловской области от 28.07.2025 г. по делу № А60-37514/2025,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1/2 доли жилого помещения, расположенного по адресу: Свердловская область, р-н. Невьянский, п. Цементный, ул. Ленина, д. 33а, кв. 10, площадь: 49,6 кв.м., 1 этаж.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А60-37514/2025».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Бузмаков Алексей Николаевич</w:t>
              <w:br/>
              <w:t>Счёт: 40817810450225757046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