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Сувановой Татьяны Петровны (дата рождения: 11.07.1981, место рождения: с.Подгорное Енисейского р-на Красноярского края, адрес регистрации: 663180, г. Енисейск, Красноярский край, ул. Перенсона 63-6, ИНН: 244700156153, СНИЛС: 105-491-563 46), Кубрак Екатерина Александровна (ИНН 246417014946, рег. № 22308), - утверждена Решением Арбитражного суда Красноярского края от 02.10.2025 г. по делу № А33-18056/2025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адресу: Красноярский край, р-н Енисейский, с. Подгорное, ул. Димитрова, дом 5, квартира 2, Кадастровый номер: 24:12:0000000:2562, площадь: 47,5 кв.м..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02.10.2025 г. по делу № А33-18056/2025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