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Санчат-оола Айтемира Борисовича (дата рождения: 29.01.1987, место рождения: с. Торгалыг Овюрский район Тувинская АССР, адрес регистрации: 667008, Россия, г Кызыл, мкр Спутник, ул Убсу-Нурская, д 6, кв 35, ИНН: 170800558698, СНИЛС: 135-139-844 60), Кубрак Екатерина Александровна (ИНН 246417014946, рег. № 22308), - утверждена Решением Арбитражного суда Республики Тыва от 19.08.2025 г. по делу № А69-1881/2025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 Фольксваген Пассат, 2007 г.в., ГРЗ У546ВЕ17, VIN WVWZZZ3CZ8P056235, цвет коричневый. Имеется обременение в виде залога, которое снимается Покупателем самостоятельно.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Республики Тыва от 19.08.2025 г. по делу № А69-1881/2025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