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Ковалевой Яны Юрьевны (дата рождения: 20.09.1988, место рождения: с. Нижняя-Груня Кореневский р-н Курская область, адрес регистрации: 346535, Ростовская область, г. Шахты, проезд 3-й квартал, д.10, кв. 6, ИНН: 261103861504, СНИЛС: 127-003-751 17), Кубрак Екатерина Александровна (ИНН 246417014946, рег. № 22308), - утверждена Решением Арбитражного суда Ростовской области от 14.01.2025 г. по делу № А53-44931/2024,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13.10.2026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комби (хэтчбэк) марки МАЗДА 323F 1.6, 2003 г.в., ГРЗ C207HH761, VIN JMZBJ14M541523374, цвет белый (серый).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А53-44931/2024».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22.10.2026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Ковалева Яна Юрьевна</w:t>
              <w:br/>
              <w:t>Счёт: 40817810050230896680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