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Коленкиной Ирины Петровны (дата рождения: 13.08.1979, место рождения: г. Североуральск Свердловская область, адрес регистрации: 624480, Россия, Свердловская обл, г Североуральск, ул Советская, д 39, кв 97, ИНН: 663102032259, СНИЛС: 068-221-940 64), Кубрак Екатерина Александровна (ИНН 246417014946, рег. № 22308), - утверждена Решением Арбитражного суда Свердловской области от 10.06.2025 г. по делу № А60-20926/2025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GEELY MK, 2012 г.в., VIN X9W215700C0008623, ГРЗ О023РС96, цвет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10.06.2025 г. по делу № А60-20926/2025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