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Мирошкиной Стэллы Владимировны (дата рождения: 20.07.1982, место рождения: с. Куйбышев Новосибирской области, адрес регистрации: 630133, г. Новосибирск, ул. Татьяны Снежиной, д. 49/2, кв. 36, ИНН: 545210818802, СНИЛС: 119-656-801 89), Кубрак Екатерина Александровна (ИНН 246417014946, рег. № 22308), - утверждена Решением Арбитражного суда Новосибирской области от 11.11.2025 г. по делу № А45-34797/2025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Легковой автомобиль, марка Volkswagen, модель Polo, 2015 года выпуска, VIN XW8ZZZ61ZGG029165.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11.11.2025 г. по делу № А45-34797/2025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