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Степановой Татьяны Владимировны (дата рождения: 12.06.1980, место рождения: г. Каргат Новосибирская обл., адрес регистрации: 630063, Новосибирская обл., г. Новосибирск, ул. Короленко, д. 209, ИНН: 542307146267, СНИЛС: 106-966-136 73), Кубрак Екатерина Александровна (ИНН 246417014946, рег. № 22308), - утверждена Решением Арбитражного суда Новосибирской области от 12.09.2025 г. по делу № А45-26312/2025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легковой универсал ХОНДА ЦР-В, 1996 г.в., ГРЗ Т423ТЕ54, VIN отсутствует, кузов № R015002374, цвет серый.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Новосибирской области от 12.09.2025 г. по делу № А45-26312/2025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