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Панкратова Сергея Владимировича (дата рождения: 04.03.1970, место рождения: гор. Красноярск, адрес регистрации: 662500, Красноярский край, г. Сосновоборск, ул. Ленинского Комсомола д. 1, к. 2, кв. 510, ИНН: 245802480104, СНИЛС: 134-559-383 79), Кубрак Екатерина Александровна (ИНН 246417014946, рег. № 22308), - утверждена Решением Арбитражного суда Красноярского края от 06.06.2025 г. по делу № А33-4138/2025,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18B9F3D0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 xml:space="preserve">В соответствии с настоящим договором ПРЕТЕНДЕНТ обязан внести в срок до </w:t>
      </w:r>
      <w:r w:rsidR="00E12327">
        <w:rPr>
          <w:lang w:val="ru-RU"/>
        </w:rPr>
        <w:t>08</w:t>
      </w:r>
      <w:r w:rsidRPr="0005350B">
        <w:rPr>
          <w:lang w:val="ru-RU"/>
        </w:rPr>
        <w:t>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Почтовый адрес ориентира: Российская Федерация, Красноярский край, Березовский район, МО «Есаульский сельсовет», СНТ «Маяк», ул. 10, уч. 31. Площадь: 604 +/- 17,2 кв.м. Вид разрешённого использования объекта: ведение садоводческого хозяйства. Кадастровый номер: 24:04:0307001:3234.</w:t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 xml:space="preserve">а) возвратить Задаток ПРЕТЕНДЕНТУ в течение 5 (пяти) рабочих дней после подведения итогов торгов в случае, если ПРЕТЕНДЕНТ не признан </w:t>
      </w:r>
      <w:r w:rsidRPr="0005350B">
        <w:rPr>
          <w:lang w:val="ru-RU"/>
        </w:rPr>
        <w:lastRenderedPageBreak/>
        <w:t>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ПРЕТЕНДЕНТ обязан: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</w:r>
      <w:r w:rsidRPr="0005350B">
        <w:rPr>
          <w:lang w:val="ru-RU"/>
        </w:rPr>
        <w:br/>
        <w:t>б) в случае признания его победителем торгов — заключить договор купли-продажи в установленный срок;</w:t>
      </w:r>
      <w:r w:rsidRPr="0005350B">
        <w:rPr>
          <w:lang w:val="ru-RU"/>
        </w:rPr>
        <w:br/>
        <w:t>в) указать в назначении платежа при перечислении задатка: «Задаток за участие в торгах по лоту № 1 по делу № А33-4138/2025».</w:t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15.09.2026 (в случае если ПРЕТЕНДЕНТ не признан победителем торгов).</w:t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E12327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</w:r>
            <w:r w:rsidRPr="0005350B">
              <w:rPr>
                <w:b/>
                <w:lang w:val="ru-RU"/>
              </w:rPr>
              <w:br/>
              <w:t>Кубрак Екатерина Александровна</w:t>
            </w:r>
            <w:r w:rsidRPr="0005350B">
              <w:rPr>
                <w:b/>
                <w:lang w:val="ru-RU"/>
              </w:rPr>
              <w:br/>
              <w:t>ИНН 246417014946, рег. № 22308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b/>
                <w:lang w:val="ru-RU"/>
              </w:rPr>
              <w:lastRenderedPageBreak/>
              <w:br/>
              <w:t>Получатель: Панкратов Сергей Владимирович</w:t>
            </w:r>
            <w:r w:rsidRPr="0005350B">
              <w:rPr>
                <w:b/>
                <w:lang w:val="ru-RU"/>
              </w:rPr>
              <w:br/>
              <w:t>Счёт: 40817810050226006523</w:t>
            </w:r>
            <w:r w:rsidRPr="0005350B">
              <w:rPr>
                <w:b/>
                <w:lang w:val="ru-RU"/>
              </w:rPr>
              <w:br/>
              <w:t>Банк: ФИЛИАЛ "ЦЕНТРАЛЬНЫЙ" ПАО "СОВКОМБАНК"</w:t>
            </w:r>
            <w:r w:rsidRPr="0005350B">
              <w:rPr>
                <w:b/>
                <w:lang w:val="ru-RU"/>
              </w:rPr>
              <w:br/>
              <w:t>БИК: 045004763</w:t>
            </w:r>
            <w:r w:rsidRPr="0005350B">
              <w:rPr>
                <w:b/>
                <w:lang w:val="ru-RU"/>
              </w:rPr>
              <w:br/>
              <w:t>К/с: 30101810150040000763</w:t>
            </w:r>
            <w:r w:rsidRPr="0005350B">
              <w:rPr>
                <w:b/>
                <w:lang w:val="ru-RU"/>
              </w:rPr>
              <w:br/>
              <w:t>ИНН банка: 4401116480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b/>
                <w:lang w:val="ru-RU"/>
              </w:rPr>
              <w:br/>
              <w:t>Подпись: ___________________________</w:t>
            </w:r>
            <w:r w:rsidRPr="0005350B">
              <w:rPr>
                <w:b/>
                <w:lang w:val="ru-RU"/>
              </w:rPr>
              <w:br/>
              <w:t>Кубрак Е.А.</w:t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5576997">
    <w:abstractNumId w:val="8"/>
  </w:num>
  <w:num w:numId="2" w16cid:durableId="1249651536">
    <w:abstractNumId w:val="6"/>
  </w:num>
  <w:num w:numId="3" w16cid:durableId="625433401">
    <w:abstractNumId w:val="5"/>
  </w:num>
  <w:num w:numId="4" w16cid:durableId="1102340305">
    <w:abstractNumId w:val="4"/>
  </w:num>
  <w:num w:numId="5" w16cid:durableId="461270081">
    <w:abstractNumId w:val="7"/>
  </w:num>
  <w:num w:numId="6" w16cid:durableId="1890073340">
    <w:abstractNumId w:val="3"/>
  </w:num>
  <w:num w:numId="7" w16cid:durableId="2048752437">
    <w:abstractNumId w:val="2"/>
  </w:num>
  <w:num w:numId="8" w16cid:durableId="2001763484">
    <w:abstractNumId w:val="1"/>
  </w:num>
  <w:num w:numId="9" w16cid:durableId="2052462836">
    <w:abstractNumId w:val="0"/>
  </w:num>
  <w:num w:numId="10" w16cid:durableId="1355298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B93A1B"/>
    <w:rsid w:val="00CB0664"/>
    <w:rsid w:val="00E12327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</cp:revision>
  <dcterms:created xsi:type="dcterms:W3CDTF">2013-12-23T23:15:00Z</dcterms:created>
  <dcterms:modified xsi:type="dcterms:W3CDTF">2026-07-30T11:51:00Z</dcterms:modified>
  <cp:category/>
</cp:coreProperties>
</file>